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26C98" w:rsidRPr="00D06433" w:rsidRDefault="00000000">
      <w:pPr>
        <w:pStyle w:val="Heading1"/>
        <w:rPr>
          <w:color w:val="000000" w:themeColor="text1"/>
        </w:rPr>
      </w:pPr>
      <w:r w:rsidRPr="00D06433">
        <w:rPr>
          <w:color w:val="000000" w:themeColor="text1"/>
        </w:rPr>
        <w:t>COPYRIGHT TRANSFER AGREEMENT</w:t>
      </w:r>
    </w:p>
    <w:p w:rsidR="00726C98" w:rsidRPr="00D06433" w:rsidRDefault="00000000">
      <w:pPr>
        <w:pStyle w:val="Heading2"/>
        <w:rPr>
          <w:color w:val="000000" w:themeColor="text1"/>
        </w:rPr>
      </w:pPr>
      <w:r w:rsidRPr="00D06433">
        <w:rPr>
          <w:color w:val="000000" w:themeColor="text1"/>
        </w:rPr>
        <w:t>ANNALS OF ADVANCED MEDICAL SCIENCES (AAMS)</w:t>
      </w:r>
    </w:p>
    <w:p w:rsidR="00726C98" w:rsidRDefault="00000000">
      <w:r>
        <w:br/>
        <w:t>Manuscript Number: ___________________________________________</w:t>
      </w:r>
    </w:p>
    <w:p w:rsidR="00726C98" w:rsidRDefault="00000000">
      <w:r>
        <w:t>Title: _______________________________________________________</w:t>
      </w:r>
    </w:p>
    <w:p w:rsidR="00726C98" w:rsidRDefault="00000000">
      <w:r>
        <w:t>_______________________________________________________________</w:t>
      </w:r>
    </w:p>
    <w:p w:rsidR="00726C98" w:rsidRDefault="00000000">
      <w:r>
        <w:br/>
        <w:t>Author(s) Name(s): ___________________________________________</w:t>
      </w:r>
    </w:p>
    <w:p w:rsidR="00726C98" w:rsidRDefault="00000000">
      <w:r>
        <w:t>_______________________________________________________________</w:t>
      </w:r>
    </w:p>
    <w:p w:rsidR="00726C98" w:rsidRDefault="00000000">
      <w:r>
        <w:br/>
        <w:t>Corresponding Author Name, Address, Affiliation and Email:</w:t>
      </w:r>
    </w:p>
    <w:p w:rsidR="00726C98" w:rsidRDefault="00000000">
      <w:r>
        <w:t>_______________________________________________________________</w:t>
      </w:r>
    </w:p>
    <w:p w:rsidR="00726C98" w:rsidRDefault="00000000">
      <w:r>
        <w:t>_______________________________________________________________</w:t>
      </w:r>
    </w:p>
    <w:p w:rsidR="00726C98" w:rsidRDefault="00000000">
      <w:r>
        <w:rPr>
          <w:b/>
        </w:rPr>
        <w:br/>
        <w:t>Declaration:</w:t>
      </w:r>
      <w:r>
        <w:rPr>
          <w:b/>
        </w:rPr>
        <w:br/>
      </w:r>
    </w:p>
    <w:p w:rsidR="00726C98" w:rsidRDefault="00000000">
      <w:r>
        <w:t>I hereby certify that the manuscript submitted to Annals of Advanced Medical Sciences (AAMS) is an original work and has not been previously published, either in whole or in part, in print or electronic format, nor is it under consideration for publication in any other journal.</w:t>
      </w:r>
    </w:p>
    <w:p w:rsidR="00726C98" w:rsidRDefault="00000000">
      <w:r>
        <w:t>Each author has made a significant contribution to the work and takes public responsibility for appropriate portions of the manuscript. The order of authorship has been agreed upon by all co-authors.</w:t>
      </w:r>
    </w:p>
    <w:p w:rsidR="00726C98" w:rsidRDefault="00000000">
      <w:r>
        <w:t>In the event that this manuscript is accepted for publication, all authors agree to transfer and assign all rights, title, and interest, including copyright of the above-mentioned article, to Annals of Advanced Medical Sciences (AAMS).</w:t>
      </w:r>
    </w:p>
    <w:p w:rsidR="00726C98" w:rsidRDefault="00000000">
      <w:r>
        <w:t>Authors also confirm that the manuscript does not contain plagiarized material. If plagiarism or duplicate publication is identified at any stage, the journal reserves the right to withdraw or retract the article from publication.</w:t>
      </w:r>
    </w:p>
    <w:p w:rsidR="00726C98" w:rsidRDefault="00000000">
      <w:r>
        <w:t>The authors accept full responsibility for the originality, authenticity, and ethical conduct of the research presented in the manuscript.</w:t>
      </w:r>
    </w:p>
    <w:p w:rsidR="00726C98" w:rsidRDefault="00000000">
      <w:r>
        <w:lastRenderedPageBreak/>
        <w:t>By signing this form, the corresponding author confirms that all co-authors have approved the submission of the manuscript and agree with the copyright transfer.</w:t>
      </w:r>
    </w:p>
    <w:p w:rsidR="00726C98" w:rsidRDefault="00000000">
      <w:r>
        <w:br/>
        <w:t>Corresponding Author: _______________________________________</w:t>
      </w:r>
    </w:p>
    <w:p w:rsidR="00726C98" w:rsidRDefault="00000000">
      <w:r>
        <w:t>Designation / Title: _________________________________________</w:t>
      </w:r>
    </w:p>
    <w:p w:rsidR="00726C98" w:rsidRDefault="00000000">
      <w:r>
        <w:t>Signature: _________________________________________________</w:t>
      </w:r>
    </w:p>
    <w:p w:rsidR="00726C98" w:rsidRDefault="00000000">
      <w:r>
        <w:t>Date: ______________________________________________________</w:t>
      </w:r>
    </w:p>
    <w:sectPr w:rsidR="00726C98"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521361756">
    <w:abstractNumId w:val="8"/>
  </w:num>
  <w:num w:numId="2" w16cid:durableId="147089183">
    <w:abstractNumId w:val="6"/>
  </w:num>
  <w:num w:numId="3" w16cid:durableId="492377654">
    <w:abstractNumId w:val="5"/>
  </w:num>
  <w:num w:numId="4" w16cid:durableId="294068309">
    <w:abstractNumId w:val="4"/>
  </w:num>
  <w:num w:numId="5" w16cid:durableId="1425103361">
    <w:abstractNumId w:val="7"/>
  </w:num>
  <w:num w:numId="6" w16cid:durableId="954093952">
    <w:abstractNumId w:val="3"/>
  </w:num>
  <w:num w:numId="7" w16cid:durableId="1202522165">
    <w:abstractNumId w:val="2"/>
  </w:num>
  <w:num w:numId="8" w16cid:durableId="965967284">
    <w:abstractNumId w:val="1"/>
  </w:num>
  <w:num w:numId="9" w16cid:durableId="17902778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1"/>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726C98"/>
    <w:rsid w:val="00AA1D8D"/>
    <w:rsid w:val="00B47730"/>
    <w:rsid w:val="00CB0664"/>
    <w:rsid w:val="00D06433"/>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572A1013-147F-3F41-B98A-F816486EDC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311</Words>
  <Characters>1778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2085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Naveen Kumar</cp:lastModifiedBy>
  <cp:revision>2</cp:revision>
  <dcterms:created xsi:type="dcterms:W3CDTF">2013-12-23T23:15:00Z</dcterms:created>
  <dcterms:modified xsi:type="dcterms:W3CDTF">2026-03-12T07:05:00Z</dcterms:modified>
  <cp:category/>
</cp:coreProperties>
</file>